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CC356" w14:textId="77777777" w:rsidR="00ED34F2" w:rsidRDefault="00000000">
      <w:pPr>
        <w:spacing w:after="40"/>
        <w:jc w:val="center"/>
      </w:pPr>
      <w:r>
        <w:rPr>
          <w:rFonts w:ascii="Aptos Display" w:hAnsi="Aptos Display"/>
          <w:b/>
          <w:color w:val="1F4E79"/>
          <w:sz w:val="40"/>
        </w:rPr>
        <w:t>CISCA PEER GROUPS</w:t>
      </w:r>
    </w:p>
    <w:p w14:paraId="5E4E99D9" w14:textId="77777777" w:rsidR="00ED34F2" w:rsidRDefault="00000000">
      <w:pPr>
        <w:spacing w:after="200"/>
        <w:jc w:val="center"/>
      </w:pPr>
      <w:r>
        <w:rPr>
          <w:rFonts w:ascii="Aptos Display" w:hAnsi="Aptos Display"/>
          <w:b/>
          <w:color w:val="E67E22"/>
          <w:sz w:val="24"/>
        </w:rPr>
        <w:t>APPLICATION</w:t>
      </w:r>
    </w:p>
    <w:tbl>
      <w:tblPr>
        <w:tblW w:w="0" w:type="auto"/>
        <w:jc w:val="center"/>
        <w:tblLayout w:type="fixed"/>
        <w:tblLook w:val="04A0" w:firstRow="1" w:lastRow="0" w:firstColumn="1" w:lastColumn="0" w:noHBand="0" w:noVBand="1"/>
      </w:tblPr>
      <w:tblGrid>
        <w:gridCol w:w="10080"/>
      </w:tblGrid>
      <w:tr w:rsidR="00ED34F2" w14:paraId="3F906E55" w14:textId="77777777">
        <w:trPr>
          <w:jc w:val="center"/>
        </w:trPr>
        <w:tc>
          <w:tcPr>
            <w:tcW w:w="10080" w:type="dxa"/>
            <w:tcBorders>
              <w:left w:val="single" w:sz="18" w:space="0" w:color="E67E22"/>
            </w:tcBorders>
            <w:shd w:val="clear" w:color="auto" w:fill="DCE6F1"/>
            <w:tcMar>
              <w:top w:w="140" w:type="dxa"/>
              <w:left w:w="160" w:type="dxa"/>
              <w:bottom w:w="140" w:type="dxa"/>
              <w:right w:w="160" w:type="dxa"/>
            </w:tcMar>
          </w:tcPr>
          <w:p w14:paraId="08711159" w14:textId="77777777" w:rsidR="00ED34F2" w:rsidRDefault="00000000">
            <w:r>
              <w:rPr>
                <w:b/>
                <w:color w:val="1F4E79"/>
                <w:sz w:val="21"/>
              </w:rPr>
              <w:t>Thank you for your interest in CISCA Peer Groups.</w:t>
            </w:r>
          </w:p>
          <w:p w14:paraId="74B32BF1" w14:textId="77777777" w:rsidR="00ED34F2" w:rsidRDefault="00000000">
            <w:r>
              <w:t>Our goal is to create confidential groups of accomplished, non-competing contractor leaders who are committed to helping one another become better leaders and build stronger companies.</w:t>
            </w:r>
          </w:p>
          <w:p w14:paraId="18A9A7A0" w14:textId="77777777" w:rsidR="00ED34F2" w:rsidRDefault="00000000">
            <w:pPr>
              <w:spacing w:after="0"/>
            </w:pPr>
            <w:r>
              <w:t>The information you provide will help us thoughtfully match participants into compatible groups. All information will be treated as confidential.</w:t>
            </w:r>
          </w:p>
        </w:tc>
      </w:tr>
    </w:tbl>
    <w:p w14:paraId="22E5781D" w14:textId="77777777" w:rsidR="00ED34F2" w:rsidRDefault="00000000">
      <w:pPr>
        <w:keepNext/>
        <w:spacing w:before="200" w:after="100"/>
      </w:pPr>
      <w:r>
        <w:rPr>
          <w:rFonts w:ascii="Aptos Display" w:hAnsi="Aptos Display"/>
          <w:b/>
          <w:color w:val="1F4E79"/>
          <w:sz w:val="24"/>
        </w:rPr>
        <w:t>APPLICANT INFORMATION</w:t>
      </w:r>
    </w:p>
    <w:tbl>
      <w:tblPr>
        <w:tblW w:w="0" w:type="auto"/>
        <w:jc w:val="center"/>
        <w:tblLayout w:type="fixed"/>
        <w:tblLook w:val="04A0" w:firstRow="1" w:lastRow="0" w:firstColumn="1" w:lastColumn="0" w:noHBand="0" w:noVBand="1"/>
      </w:tblPr>
      <w:tblGrid>
        <w:gridCol w:w="3168"/>
        <w:gridCol w:w="6912"/>
      </w:tblGrid>
      <w:tr w:rsidR="00ED34F2" w14:paraId="6B46936E" w14:textId="77777777">
        <w:trPr>
          <w:jc w:val="center"/>
        </w:trPr>
        <w:tc>
          <w:tcPr>
            <w:tcW w:w="3168" w:type="dxa"/>
            <w:tcBorders>
              <w:bottom w:val="nil"/>
            </w:tcBorders>
            <w:tcMar>
              <w:top w:w="70" w:type="dxa"/>
              <w:left w:w="70" w:type="dxa"/>
              <w:bottom w:w="70" w:type="dxa"/>
              <w:right w:w="70" w:type="dxa"/>
            </w:tcMar>
            <w:vAlign w:val="center"/>
          </w:tcPr>
          <w:p w14:paraId="583DC414" w14:textId="77777777" w:rsidR="00ED34F2" w:rsidRDefault="00000000">
            <w:pPr>
              <w:spacing w:after="0"/>
            </w:pPr>
            <w:r>
              <w:rPr>
                <w:b/>
              </w:rPr>
              <w:t>Name</w:t>
            </w:r>
          </w:p>
        </w:tc>
        <w:tc>
          <w:tcPr>
            <w:tcW w:w="6912" w:type="dxa"/>
            <w:tcBorders>
              <w:bottom w:val="single" w:sz="8" w:space="0" w:color="B7B7B7"/>
            </w:tcBorders>
            <w:tcMar>
              <w:top w:w="70" w:type="dxa"/>
              <w:left w:w="70" w:type="dxa"/>
              <w:bottom w:w="70" w:type="dxa"/>
              <w:right w:w="70" w:type="dxa"/>
            </w:tcMar>
            <w:vAlign w:val="center"/>
          </w:tcPr>
          <w:p w14:paraId="54982169" w14:textId="77777777" w:rsidR="00ED34F2" w:rsidRDefault="00ED34F2">
            <w:pPr>
              <w:spacing w:after="0"/>
            </w:pPr>
          </w:p>
        </w:tc>
      </w:tr>
      <w:tr w:rsidR="00ED34F2" w14:paraId="1AE0DBBE" w14:textId="77777777">
        <w:trPr>
          <w:jc w:val="center"/>
        </w:trPr>
        <w:tc>
          <w:tcPr>
            <w:tcW w:w="3168" w:type="dxa"/>
            <w:tcBorders>
              <w:bottom w:val="nil"/>
            </w:tcBorders>
            <w:tcMar>
              <w:top w:w="70" w:type="dxa"/>
              <w:left w:w="70" w:type="dxa"/>
              <w:bottom w:w="70" w:type="dxa"/>
              <w:right w:w="70" w:type="dxa"/>
            </w:tcMar>
            <w:vAlign w:val="center"/>
          </w:tcPr>
          <w:p w14:paraId="0D92DE72" w14:textId="77777777" w:rsidR="00ED34F2" w:rsidRDefault="00000000">
            <w:pPr>
              <w:spacing w:after="0"/>
            </w:pPr>
            <w:r>
              <w:rPr>
                <w:b/>
              </w:rPr>
              <w:t>Title</w:t>
            </w:r>
          </w:p>
        </w:tc>
        <w:tc>
          <w:tcPr>
            <w:tcW w:w="6912" w:type="dxa"/>
            <w:tcBorders>
              <w:bottom w:val="single" w:sz="8" w:space="0" w:color="B7B7B7"/>
            </w:tcBorders>
            <w:tcMar>
              <w:top w:w="70" w:type="dxa"/>
              <w:left w:w="70" w:type="dxa"/>
              <w:bottom w:w="70" w:type="dxa"/>
              <w:right w:w="70" w:type="dxa"/>
            </w:tcMar>
            <w:vAlign w:val="center"/>
          </w:tcPr>
          <w:p w14:paraId="566C7C13" w14:textId="77777777" w:rsidR="00ED34F2" w:rsidRDefault="00ED34F2">
            <w:pPr>
              <w:spacing w:after="0"/>
            </w:pPr>
          </w:p>
        </w:tc>
      </w:tr>
      <w:tr w:rsidR="00ED34F2" w14:paraId="0C8CA3C9" w14:textId="77777777">
        <w:trPr>
          <w:jc w:val="center"/>
        </w:trPr>
        <w:tc>
          <w:tcPr>
            <w:tcW w:w="3168" w:type="dxa"/>
            <w:tcBorders>
              <w:bottom w:val="nil"/>
            </w:tcBorders>
            <w:tcMar>
              <w:top w:w="70" w:type="dxa"/>
              <w:left w:w="70" w:type="dxa"/>
              <w:bottom w:w="70" w:type="dxa"/>
              <w:right w:w="70" w:type="dxa"/>
            </w:tcMar>
            <w:vAlign w:val="center"/>
          </w:tcPr>
          <w:p w14:paraId="3F5ABEA6" w14:textId="77777777" w:rsidR="00ED34F2" w:rsidRDefault="00000000">
            <w:pPr>
              <w:spacing w:after="0"/>
            </w:pPr>
            <w:r>
              <w:rPr>
                <w:b/>
              </w:rPr>
              <w:t>Company</w:t>
            </w:r>
          </w:p>
        </w:tc>
        <w:tc>
          <w:tcPr>
            <w:tcW w:w="6912" w:type="dxa"/>
            <w:tcBorders>
              <w:bottom w:val="single" w:sz="8" w:space="0" w:color="B7B7B7"/>
            </w:tcBorders>
            <w:tcMar>
              <w:top w:w="70" w:type="dxa"/>
              <w:left w:w="70" w:type="dxa"/>
              <w:bottom w:w="70" w:type="dxa"/>
              <w:right w:w="70" w:type="dxa"/>
            </w:tcMar>
            <w:vAlign w:val="center"/>
          </w:tcPr>
          <w:p w14:paraId="1750A9BE" w14:textId="77777777" w:rsidR="00ED34F2" w:rsidRDefault="00ED34F2">
            <w:pPr>
              <w:spacing w:after="0"/>
            </w:pPr>
          </w:p>
        </w:tc>
      </w:tr>
      <w:tr w:rsidR="00ED34F2" w14:paraId="77D48492" w14:textId="77777777">
        <w:trPr>
          <w:jc w:val="center"/>
        </w:trPr>
        <w:tc>
          <w:tcPr>
            <w:tcW w:w="3168" w:type="dxa"/>
            <w:tcBorders>
              <w:bottom w:val="nil"/>
            </w:tcBorders>
            <w:tcMar>
              <w:top w:w="70" w:type="dxa"/>
              <w:left w:w="70" w:type="dxa"/>
              <w:bottom w:w="70" w:type="dxa"/>
              <w:right w:w="70" w:type="dxa"/>
            </w:tcMar>
            <w:vAlign w:val="center"/>
          </w:tcPr>
          <w:p w14:paraId="0A740D9F" w14:textId="77777777" w:rsidR="00ED34F2" w:rsidRDefault="00000000">
            <w:pPr>
              <w:spacing w:after="0"/>
            </w:pPr>
            <w:r>
              <w:rPr>
                <w:b/>
              </w:rPr>
              <w:t>Mailing Address</w:t>
            </w:r>
          </w:p>
        </w:tc>
        <w:tc>
          <w:tcPr>
            <w:tcW w:w="6912" w:type="dxa"/>
            <w:tcBorders>
              <w:bottom w:val="single" w:sz="8" w:space="0" w:color="B7B7B7"/>
            </w:tcBorders>
            <w:tcMar>
              <w:top w:w="70" w:type="dxa"/>
              <w:left w:w="70" w:type="dxa"/>
              <w:bottom w:w="70" w:type="dxa"/>
              <w:right w:w="70" w:type="dxa"/>
            </w:tcMar>
            <w:vAlign w:val="center"/>
          </w:tcPr>
          <w:p w14:paraId="213B37B3" w14:textId="77777777" w:rsidR="00ED34F2" w:rsidRDefault="00ED34F2">
            <w:pPr>
              <w:spacing w:after="0"/>
            </w:pPr>
          </w:p>
        </w:tc>
      </w:tr>
      <w:tr w:rsidR="00ED34F2" w14:paraId="030F434F" w14:textId="77777777">
        <w:trPr>
          <w:jc w:val="center"/>
        </w:trPr>
        <w:tc>
          <w:tcPr>
            <w:tcW w:w="3168" w:type="dxa"/>
            <w:tcBorders>
              <w:bottom w:val="nil"/>
            </w:tcBorders>
            <w:tcMar>
              <w:top w:w="70" w:type="dxa"/>
              <w:left w:w="70" w:type="dxa"/>
              <w:bottom w:w="70" w:type="dxa"/>
              <w:right w:w="70" w:type="dxa"/>
            </w:tcMar>
            <w:vAlign w:val="center"/>
          </w:tcPr>
          <w:p w14:paraId="2EEEDE3C" w14:textId="77777777" w:rsidR="00ED34F2" w:rsidRDefault="00000000">
            <w:pPr>
              <w:spacing w:after="0"/>
            </w:pPr>
            <w:r>
              <w:rPr>
                <w:b/>
              </w:rPr>
              <w:t>City / State / ZIP</w:t>
            </w:r>
          </w:p>
        </w:tc>
        <w:tc>
          <w:tcPr>
            <w:tcW w:w="6912" w:type="dxa"/>
            <w:tcBorders>
              <w:bottom w:val="single" w:sz="8" w:space="0" w:color="B7B7B7"/>
            </w:tcBorders>
            <w:tcMar>
              <w:top w:w="70" w:type="dxa"/>
              <w:left w:w="70" w:type="dxa"/>
              <w:bottom w:w="70" w:type="dxa"/>
              <w:right w:w="70" w:type="dxa"/>
            </w:tcMar>
            <w:vAlign w:val="center"/>
          </w:tcPr>
          <w:p w14:paraId="1CD06DC1" w14:textId="77777777" w:rsidR="00ED34F2" w:rsidRDefault="00ED34F2">
            <w:pPr>
              <w:spacing w:after="0"/>
            </w:pPr>
          </w:p>
        </w:tc>
      </w:tr>
      <w:tr w:rsidR="00ED34F2" w14:paraId="59C5329F" w14:textId="77777777">
        <w:trPr>
          <w:jc w:val="center"/>
        </w:trPr>
        <w:tc>
          <w:tcPr>
            <w:tcW w:w="3168" w:type="dxa"/>
            <w:tcBorders>
              <w:bottom w:val="nil"/>
            </w:tcBorders>
            <w:tcMar>
              <w:top w:w="70" w:type="dxa"/>
              <w:left w:w="70" w:type="dxa"/>
              <w:bottom w:w="70" w:type="dxa"/>
              <w:right w:w="70" w:type="dxa"/>
            </w:tcMar>
            <w:vAlign w:val="center"/>
          </w:tcPr>
          <w:p w14:paraId="7B95D808" w14:textId="77777777" w:rsidR="00ED34F2" w:rsidRDefault="00000000">
            <w:pPr>
              <w:spacing w:after="0"/>
            </w:pPr>
            <w:r>
              <w:rPr>
                <w:b/>
              </w:rPr>
              <w:t>Email</w:t>
            </w:r>
          </w:p>
        </w:tc>
        <w:tc>
          <w:tcPr>
            <w:tcW w:w="6912" w:type="dxa"/>
            <w:tcBorders>
              <w:bottom w:val="single" w:sz="8" w:space="0" w:color="B7B7B7"/>
            </w:tcBorders>
            <w:tcMar>
              <w:top w:w="70" w:type="dxa"/>
              <w:left w:w="70" w:type="dxa"/>
              <w:bottom w:w="70" w:type="dxa"/>
              <w:right w:w="70" w:type="dxa"/>
            </w:tcMar>
            <w:vAlign w:val="center"/>
          </w:tcPr>
          <w:p w14:paraId="3E8D9CCD" w14:textId="77777777" w:rsidR="00ED34F2" w:rsidRDefault="00ED34F2">
            <w:pPr>
              <w:spacing w:after="0"/>
            </w:pPr>
          </w:p>
        </w:tc>
      </w:tr>
      <w:tr w:rsidR="00ED34F2" w14:paraId="4925139B" w14:textId="77777777">
        <w:trPr>
          <w:jc w:val="center"/>
        </w:trPr>
        <w:tc>
          <w:tcPr>
            <w:tcW w:w="3168" w:type="dxa"/>
            <w:tcBorders>
              <w:bottom w:val="nil"/>
            </w:tcBorders>
            <w:tcMar>
              <w:top w:w="70" w:type="dxa"/>
              <w:left w:w="70" w:type="dxa"/>
              <w:bottom w:w="70" w:type="dxa"/>
              <w:right w:w="70" w:type="dxa"/>
            </w:tcMar>
            <w:vAlign w:val="center"/>
          </w:tcPr>
          <w:p w14:paraId="7D33E8E8" w14:textId="77777777" w:rsidR="00ED34F2" w:rsidRDefault="00000000">
            <w:pPr>
              <w:spacing w:after="0"/>
            </w:pPr>
            <w:r>
              <w:rPr>
                <w:b/>
              </w:rPr>
              <w:t>Phone</w:t>
            </w:r>
          </w:p>
        </w:tc>
        <w:tc>
          <w:tcPr>
            <w:tcW w:w="6912" w:type="dxa"/>
            <w:tcBorders>
              <w:bottom w:val="single" w:sz="8" w:space="0" w:color="B7B7B7"/>
            </w:tcBorders>
            <w:tcMar>
              <w:top w:w="70" w:type="dxa"/>
              <w:left w:w="70" w:type="dxa"/>
              <w:bottom w:w="70" w:type="dxa"/>
              <w:right w:w="70" w:type="dxa"/>
            </w:tcMar>
            <w:vAlign w:val="center"/>
          </w:tcPr>
          <w:p w14:paraId="4B7B02BE" w14:textId="77777777" w:rsidR="00ED34F2" w:rsidRDefault="00ED34F2">
            <w:pPr>
              <w:spacing w:after="0"/>
            </w:pPr>
          </w:p>
        </w:tc>
      </w:tr>
    </w:tbl>
    <w:p w14:paraId="2E6E0052" w14:textId="77777777" w:rsidR="00ED34F2" w:rsidRDefault="00ED34F2">
      <w:pPr>
        <w:spacing w:after="0"/>
      </w:pPr>
    </w:p>
    <w:p w14:paraId="4D0F098D" w14:textId="77777777" w:rsidR="00ED34F2" w:rsidRDefault="00000000">
      <w:pPr>
        <w:keepNext/>
        <w:spacing w:before="200" w:after="100"/>
      </w:pPr>
      <w:r>
        <w:rPr>
          <w:rFonts w:ascii="Aptos Display" w:hAnsi="Aptos Display"/>
          <w:b/>
          <w:color w:val="1F4E79"/>
          <w:sz w:val="24"/>
        </w:rPr>
        <w:t>COMPANY PROFILE</w:t>
      </w:r>
    </w:p>
    <w:tbl>
      <w:tblPr>
        <w:tblW w:w="0" w:type="auto"/>
        <w:jc w:val="center"/>
        <w:tblLayout w:type="fixed"/>
        <w:tblLook w:val="04A0" w:firstRow="1" w:lastRow="0" w:firstColumn="1" w:lastColumn="0" w:noHBand="0" w:noVBand="1"/>
      </w:tblPr>
      <w:tblGrid>
        <w:gridCol w:w="3168"/>
        <w:gridCol w:w="6912"/>
      </w:tblGrid>
      <w:tr w:rsidR="00ED34F2" w14:paraId="1944AF2F" w14:textId="77777777">
        <w:trPr>
          <w:jc w:val="center"/>
        </w:trPr>
        <w:tc>
          <w:tcPr>
            <w:tcW w:w="3168" w:type="dxa"/>
            <w:tcBorders>
              <w:bottom w:val="nil"/>
            </w:tcBorders>
            <w:tcMar>
              <w:top w:w="70" w:type="dxa"/>
              <w:left w:w="70" w:type="dxa"/>
              <w:bottom w:w="70" w:type="dxa"/>
              <w:right w:w="70" w:type="dxa"/>
            </w:tcMar>
            <w:vAlign w:val="center"/>
          </w:tcPr>
          <w:p w14:paraId="54EE562A" w14:textId="77777777" w:rsidR="00ED34F2" w:rsidRDefault="00000000">
            <w:pPr>
              <w:spacing w:after="0"/>
            </w:pPr>
            <w:r>
              <w:rPr>
                <w:b/>
              </w:rPr>
              <w:t>Years in Business</w:t>
            </w:r>
          </w:p>
        </w:tc>
        <w:tc>
          <w:tcPr>
            <w:tcW w:w="6912" w:type="dxa"/>
            <w:tcBorders>
              <w:bottom w:val="single" w:sz="8" w:space="0" w:color="B7B7B7"/>
            </w:tcBorders>
            <w:tcMar>
              <w:top w:w="70" w:type="dxa"/>
              <w:left w:w="70" w:type="dxa"/>
              <w:bottom w:w="70" w:type="dxa"/>
              <w:right w:w="70" w:type="dxa"/>
            </w:tcMar>
            <w:vAlign w:val="center"/>
          </w:tcPr>
          <w:p w14:paraId="566C7155" w14:textId="77777777" w:rsidR="00ED34F2" w:rsidRDefault="00ED34F2">
            <w:pPr>
              <w:spacing w:after="0"/>
            </w:pPr>
          </w:p>
        </w:tc>
      </w:tr>
      <w:tr w:rsidR="00ED34F2" w14:paraId="7DB01D5D" w14:textId="77777777">
        <w:trPr>
          <w:jc w:val="center"/>
        </w:trPr>
        <w:tc>
          <w:tcPr>
            <w:tcW w:w="3168" w:type="dxa"/>
            <w:tcBorders>
              <w:bottom w:val="nil"/>
            </w:tcBorders>
            <w:tcMar>
              <w:top w:w="70" w:type="dxa"/>
              <w:left w:w="70" w:type="dxa"/>
              <w:bottom w:w="70" w:type="dxa"/>
              <w:right w:w="70" w:type="dxa"/>
            </w:tcMar>
            <w:vAlign w:val="center"/>
          </w:tcPr>
          <w:p w14:paraId="7B0167BA" w14:textId="77777777" w:rsidR="00ED34F2" w:rsidRDefault="00000000">
            <w:pPr>
              <w:spacing w:after="0"/>
            </w:pPr>
            <w:r>
              <w:rPr>
                <w:b/>
              </w:rPr>
              <w:t>Number of Locations</w:t>
            </w:r>
          </w:p>
        </w:tc>
        <w:tc>
          <w:tcPr>
            <w:tcW w:w="6912" w:type="dxa"/>
            <w:tcBorders>
              <w:bottom w:val="single" w:sz="8" w:space="0" w:color="B7B7B7"/>
            </w:tcBorders>
            <w:tcMar>
              <w:top w:w="70" w:type="dxa"/>
              <w:left w:w="70" w:type="dxa"/>
              <w:bottom w:w="70" w:type="dxa"/>
              <w:right w:w="70" w:type="dxa"/>
            </w:tcMar>
            <w:vAlign w:val="center"/>
          </w:tcPr>
          <w:p w14:paraId="7FF5399C" w14:textId="77777777" w:rsidR="00ED34F2" w:rsidRDefault="00ED34F2">
            <w:pPr>
              <w:spacing w:after="0"/>
            </w:pPr>
          </w:p>
        </w:tc>
      </w:tr>
      <w:tr w:rsidR="00ED34F2" w14:paraId="1B6D4704" w14:textId="77777777">
        <w:trPr>
          <w:jc w:val="center"/>
        </w:trPr>
        <w:tc>
          <w:tcPr>
            <w:tcW w:w="3168" w:type="dxa"/>
            <w:tcBorders>
              <w:bottom w:val="nil"/>
            </w:tcBorders>
            <w:tcMar>
              <w:top w:w="70" w:type="dxa"/>
              <w:left w:w="70" w:type="dxa"/>
              <w:bottom w:w="70" w:type="dxa"/>
              <w:right w:w="70" w:type="dxa"/>
            </w:tcMar>
            <w:vAlign w:val="center"/>
          </w:tcPr>
          <w:p w14:paraId="68637730" w14:textId="77777777" w:rsidR="00ED34F2" w:rsidRDefault="00000000">
            <w:pPr>
              <w:spacing w:after="0"/>
            </w:pPr>
            <w:r>
              <w:rPr>
                <w:b/>
              </w:rPr>
              <w:t>Primary Geographic Market(s)</w:t>
            </w:r>
          </w:p>
        </w:tc>
        <w:tc>
          <w:tcPr>
            <w:tcW w:w="6912" w:type="dxa"/>
            <w:tcBorders>
              <w:bottom w:val="single" w:sz="8" w:space="0" w:color="B7B7B7"/>
            </w:tcBorders>
            <w:tcMar>
              <w:top w:w="70" w:type="dxa"/>
              <w:left w:w="70" w:type="dxa"/>
              <w:bottom w:w="70" w:type="dxa"/>
              <w:right w:w="70" w:type="dxa"/>
            </w:tcMar>
            <w:vAlign w:val="center"/>
          </w:tcPr>
          <w:p w14:paraId="4AE056C3" w14:textId="77777777" w:rsidR="00ED34F2" w:rsidRDefault="00ED34F2">
            <w:pPr>
              <w:spacing w:after="0"/>
            </w:pPr>
          </w:p>
        </w:tc>
      </w:tr>
      <w:tr w:rsidR="00ED34F2" w14:paraId="444D54D7" w14:textId="77777777">
        <w:trPr>
          <w:jc w:val="center"/>
        </w:trPr>
        <w:tc>
          <w:tcPr>
            <w:tcW w:w="3168" w:type="dxa"/>
            <w:tcBorders>
              <w:bottom w:val="nil"/>
            </w:tcBorders>
            <w:tcMar>
              <w:top w:w="70" w:type="dxa"/>
              <w:left w:w="70" w:type="dxa"/>
              <w:bottom w:w="70" w:type="dxa"/>
              <w:right w:w="70" w:type="dxa"/>
            </w:tcMar>
            <w:vAlign w:val="center"/>
          </w:tcPr>
          <w:p w14:paraId="4A4A2591" w14:textId="77777777" w:rsidR="00ED34F2" w:rsidRDefault="00000000">
            <w:pPr>
              <w:spacing w:after="0"/>
            </w:pPr>
            <w:r>
              <w:rPr>
                <w:b/>
              </w:rPr>
              <w:t>Approximate Annual Revenue</w:t>
            </w:r>
          </w:p>
        </w:tc>
        <w:tc>
          <w:tcPr>
            <w:tcW w:w="6912" w:type="dxa"/>
            <w:tcBorders>
              <w:bottom w:val="single" w:sz="8" w:space="0" w:color="B7B7B7"/>
            </w:tcBorders>
            <w:tcMar>
              <w:top w:w="70" w:type="dxa"/>
              <w:left w:w="70" w:type="dxa"/>
              <w:bottom w:w="70" w:type="dxa"/>
              <w:right w:w="70" w:type="dxa"/>
            </w:tcMar>
            <w:vAlign w:val="center"/>
          </w:tcPr>
          <w:p w14:paraId="198FFF99" w14:textId="77777777" w:rsidR="00ED34F2" w:rsidRDefault="00ED34F2">
            <w:pPr>
              <w:spacing w:after="0"/>
            </w:pPr>
          </w:p>
        </w:tc>
      </w:tr>
      <w:tr w:rsidR="00ED34F2" w14:paraId="37FE7550" w14:textId="77777777">
        <w:trPr>
          <w:jc w:val="center"/>
        </w:trPr>
        <w:tc>
          <w:tcPr>
            <w:tcW w:w="3168" w:type="dxa"/>
            <w:tcBorders>
              <w:bottom w:val="nil"/>
            </w:tcBorders>
            <w:tcMar>
              <w:top w:w="70" w:type="dxa"/>
              <w:left w:w="70" w:type="dxa"/>
              <w:bottom w:w="70" w:type="dxa"/>
              <w:right w:w="70" w:type="dxa"/>
            </w:tcMar>
            <w:vAlign w:val="center"/>
          </w:tcPr>
          <w:p w14:paraId="65BCA826" w14:textId="77777777" w:rsidR="00ED34F2" w:rsidRDefault="00000000">
            <w:pPr>
              <w:spacing w:after="0"/>
            </w:pPr>
            <w:r>
              <w:rPr>
                <w:b/>
              </w:rPr>
              <w:t>Total Employees</w:t>
            </w:r>
          </w:p>
        </w:tc>
        <w:tc>
          <w:tcPr>
            <w:tcW w:w="6912" w:type="dxa"/>
            <w:tcBorders>
              <w:bottom w:val="single" w:sz="8" w:space="0" w:color="B7B7B7"/>
            </w:tcBorders>
            <w:tcMar>
              <w:top w:w="70" w:type="dxa"/>
              <w:left w:w="70" w:type="dxa"/>
              <w:bottom w:w="70" w:type="dxa"/>
              <w:right w:w="70" w:type="dxa"/>
            </w:tcMar>
            <w:vAlign w:val="center"/>
          </w:tcPr>
          <w:p w14:paraId="118BB72A" w14:textId="77777777" w:rsidR="00ED34F2" w:rsidRDefault="00ED34F2">
            <w:pPr>
              <w:spacing w:after="0"/>
            </w:pPr>
          </w:p>
        </w:tc>
      </w:tr>
      <w:tr w:rsidR="00ED34F2" w14:paraId="209E0050" w14:textId="77777777">
        <w:trPr>
          <w:jc w:val="center"/>
        </w:trPr>
        <w:tc>
          <w:tcPr>
            <w:tcW w:w="3168" w:type="dxa"/>
            <w:tcBorders>
              <w:bottom w:val="nil"/>
            </w:tcBorders>
            <w:tcMar>
              <w:top w:w="70" w:type="dxa"/>
              <w:left w:w="70" w:type="dxa"/>
              <w:bottom w:w="70" w:type="dxa"/>
              <w:right w:w="70" w:type="dxa"/>
            </w:tcMar>
            <w:vAlign w:val="center"/>
          </w:tcPr>
          <w:p w14:paraId="37E75A9A" w14:textId="77777777" w:rsidR="00ED34F2" w:rsidRDefault="00000000">
            <w:pPr>
              <w:spacing w:after="0"/>
            </w:pPr>
            <w:r>
              <w:rPr>
                <w:b/>
              </w:rPr>
              <w:t>Field Employees</w:t>
            </w:r>
          </w:p>
        </w:tc>
        <w:tc>
          <w:tcPr>
            <w:tcW w:w="6912" w:type="dxa"/>
            <w:tcBorders>
              <w:bottom w:val="single" w:sz="8" w:space="0" w:color="B7B7B7"/>
            </w:tcBorders>
            <w:tcMar>
              <w:top w:w="70" w:type="dxa"/>
              <w:left w:w="70" w:type="dxa"/>
              <w:bottom w:w="70" w:type="dxa"/>
              <w:right w:w="70" w:type="dxa"/>
            </w:tcMar>
            <w:vAlign w:val="center"/>
          </w:tcPr>
          <w:p w14:paraId="418B85EF" w14:textId="77777777" w:rsidR="00ED34F2" w:rsidRDefault="00ED34F2">
            <w:pPr>
              <w:spacing w:after="0"/>
            </w:pPr>
          </w:p>
        </w:tc>
      </w:tr>
    </w:tbl>
    <w:p w14:paraId="687EB269" w14:textId="77777777" w:rsidR="00ED34F2" w:rsidRDefault="00ED34F2">
      <w:pPr>
        <w:spacing w:after="0"/>
      </w:pPr>
    </w:p>
    <w:p w14:paraId="5F8F4C92" w14:textId="77777777" w:rsidR="00ED34F2" w:rsidRDefault="00000000">
      <w:pPr>
        <w:spacing w:after="40"/>
      </w:pPr>
      <w:r>
        <w:rPr>
          <w:b/>
        </w:rPr>
        <w:t xml:space="preserve">Workforce: </w:t>
      </w:r>
      <w:r>
        <w:t>☐ Union     ☐ Non-Union     ☐ Both</w:t>
      </w:r>
    </w:p>
    <w:p w14:paraId="1779627F" w14:textId="77777777" w:rsidR="00ED34F2" w:rsidRDefault="00000000">
      <w:pPr>
        <w:spacing w:after="40"/>
      </w:pPr>
      <w:r>
        <w:rPr>
          <w:b/>
        </w:rPr>
        <w:t xml:space="preserve">CISCA Membership Status: </w:t>
      </w:r>
      <w:r>
        <w:t>☐ Current Member     ☐ Not Currently a Member</w:t>
      </w:r>
    </w:p>
    <w:p w14:paraId="26C4535E" w14:textId="77777777" w:rsidR="00ED34F2" w:rsidRDefault="00000000">
      <w:r>
        <w:br w:type="page"/>
      </w:r>
    </w:p>
    <w:p w14:paraId="54BEFD96" w14:textId="77777777" w:rsidR="00ED34F2" w:rsidRDefault="00000000">
      <w:pPr>
        <w:keepNext/>
        <w:spacing w:before="200" w:after="100"/>
      </w:pPr>
      <w:r>
        <w:rPr>
          <w:rFonts w:ascii="Aptos Display" w:hAnsi="Aptos Display"/>
          <w:b/>
          <w:color w:val="1F4E79"/>
          <w:sz w:val="24"/>
        </w:rPr>
        <w:lastRenderedPageBreak/>
        <w:t>MARKETS SERVED</w:t>
      </w:r>
    </w:p>
    <w:tbl>
      <w:tblPr>
        <w:tblW w:w="0" w:type="auto"/>
        <w:jc w:val="center"/>
        <w:tblLayout w:type="fixed"/>
        <w:tblLook w:val="04A0" w:firstRow="1" w:lastRow="0" w:firstColumn="1" w:lastColumn="0" w:noHBand="0" w:noVBand="1"/>
      </w:tblPr>
      <w:tblGrid>
        <w:gridCol w:w="5040"/>
        <w:gridCol w:w="5040"/>
      </w:tblGrid>
      <w:tr w:rsidR="00ED34F2" w14:paraId="385721CE" w14:textId="77777777">
        <w:trPr>
          <w:jc w:val="center"/>
        </w:trPr>
        <w:tc>
          <w:tcPr>
            <w:tcW w:w="5040" w:type="dxa"/>
            <w:tcBorders>
              <w:bottom w:val="nil"/>
            </w:tcBorders>
            <w:tcMar>
              <w:top w:w="50" w:type="dxa"/>
              <w:left w:w="50" w:type="dxa"/>
              <w:bottom w:w="50" w:type="dxa"/>
              <w:right w:w="50" w:type="dxa"/>
            </w:tcMar>
          </w:tcPr>
          <w:p w14:paraId="3E13456D" w14:textId="77777777" w:rsidR="00ED34F2" w:rsidRDefault="00000000">
            <w:pPr>
              <w:spacing w:after="0"/>
            </w:pPr>
            <w:r>
              <w:t>☐ Commercial Office</w:t>
            </w:r>
          </w:p>
        </w:tc>
        <w:tc>
          <w:tcPr>
            <w:tcW w:w="5040" w:type="dxa"/>
            <w:tcBorders>
              <w:bottom w:val="nil"/>
            </w:tcBorders>
            <w:tcMar>
              <w:top w:w="50" w:type="dxa"/>
              <w:left w:w="50" w:type="dxa"/>
              <w:bottom w:w="50" w:type="dxa"/>
              <w:right w:w="50" w:type="dxa"/>
            </w:tcMar>
          </w:tcPr>
          <w:p w14:paraId="045B2996" w14:textId="77777777" w:rsidR="00ED34F2" w:rsidRDefault="00000000">
            <w:pPr>
              <w:spacing w:after="0"/>
            </w:pPr>
            <w:r>
              <w:t>☐ Retail</w:t>
            </w:r>
          </w:p>
        </w:tc>
      </w:tr>
      <w:tr w:rsidR="00ED34F2" w14:paraId="46206298" w14:textId="77777777">
        <w:trPr>
          <w:jc w:val="center"/>
        </w:trPr>
        <w:tc>
          <w:tcPr>
            <w:tcW w:w="5040" w:type="dxa"/>
            <w:tcBorders>
              <w:bottom w:val="nil"/>
            </w:tcBorders>
            <w:tcMar>
              <w:top w:w="50" w:type="dxa"/>
              <w:left w:w="50" w:type="dxa"/>
              <w:bottom w:w="50" w:type="dxa"/>
              <w:right w:w="50" w:type="dxa"/>
            </w:tcMar>
          </w:tcPr>
          <w:p w14:paraId="01B8AC2A" w14:textId="77777777" w:rsidR="00ED34F2" w:rsidRDefault="00000000">
            <w:pPr>
              <w:spacing w:after="0"/>
            </w:pPr>
            <w:r>
              <w:t>☐ Education</w:t>
            </w:r>
          </w:p>
        </w:tc>
        <w:tc>
          <w:tcPr>
            <w:tcW w:w="5040" w:type="dxa"/>
            <w:tcBorders>
              <w:bottom w:val="nil"/>
            </w:tcBorders>
            <w:tcMar>
              <w:top w:w="50" w:type="dxa"/>
              <w:left w:w="50" w:type="dxa"/>
              <w:bottom w:w="50" w:type="dxa"/>
              <w:right w:w="50" w:type="dxa"/>
            </w:tcMar>
          </w:tcPr>
          <w:p w14:paraId="24B16FF2" w14:textId="77777777" w:rsidR="00ED34F2" w:rsidRDefault="00000000">
            <w:pPr>
              <w:spacing w:after="0"/>
            </w:pPr>
            <w:r>
              <w:t>☐ Government / Institutional</w:t>
            </w:r>
          </w:p>
        </w:tc>
      </w:tr>
      <w:tr w:rsidR="00ED34F2" w14:paraId="5712FD7B" w14:textId="77777777">
        <w:trPr>
          <w:jc w:val="center"/>
        </w:trPr>
        <w:tc>
          <w:tcPr>
            <w:tcW w:w="5040" w:type="dxa"/>
            <w:tcBorders>
              <w:bottom w:val="nil"/>
            </w:tcBorders>
            <w:tcMar>
              <w:top w:w="50" w:type="dxa"/>
              <w:left w:w="50" w:type="dxa"/>
              <w:bottom w:w="50" w:type="dxa"/>
              <w:right w:w="50" w:type="dxa"/>
            </w:tcMar>
          </w:tcPr>
          <w:p w14:paraId="63733D3B" w14:textId="77777777" w:rsidR="00ED34F2" w:rsidRDefault="00000000">
            <w:pPr>
              <w:spacing w:after="0"/>
            </w:pPr>
            <w:r>
              <w:t>☐ Healthcare</w:t>
            </w:r>
          </w:p>
        </w:tc>
        <w:tc>
          <w:tcPr>
            <w:tcW w:w="5040" w:type="dxa"/>
            <w:tcBorders>
              <w:bottom w:val="nil"/>
            </w:tcBorders>
            <w:tcMar>
              <w:top w:w="50" w:type="dxa"/>
              <w:left w:w="50" w:type="dxa"/>
              <w:bottom w:w="50" w:type="dxa"/>
              <w:right w:w="50" w:type="dxa"/>
            </w:tcMar>
          </w:tcPr>
          <w:p w14:paraId="5700DC5F" w14:textId="77777777" w:rsidR="00ED34F2" w:rsidRDefault="00000000">
            <w:pPr>
              <w:spacing w:after="0"/>
            </w:pPr>
            <w:r>
              <w:t>☐ Industrial</w:t>
            </w:r>
          </w:p>
        </w:tc>
      </w:tr>
      <w:tr w:rsidR="00ED34F2" w14:paraId="35303A2E" w14:textId="77777777">
        <w:trPr>
          <w:jc w:val="center"/>
        </w:trPr>
        <w:tc>
          <w:tcPr>
            <w:tcW w:w="5040" w:type="dxa"/>
            <w:tcBorders>
              <w:bottom w:val="nil"/>
            </w:tcBorders>
            <w:tcMar>
              <w:top w:w="50" w:type="dxa"/>
              <w:left w:w="50" w:type="dxa"/>
              <w:bottom w:w="50" w:type="dxa"/>
              <w:right w:w="50" w:type="dxa"/>
            </w:tcMar>
          </w:tcPr>
          <w:p w14:paraId="0E9330C7" w14:textId="77777777" w:rsidR="00ED34F2" w:rsidRDefault="00000000">
            <w:pPr>
              <w:spacing w:after="0"/>
            </w:pPr>
            <w:r>
              <w:t>☐ Hospitality</w:t>
            </w:r>
          </w:p>
        </w:tc>
        <w:tc>
          <w:tcPr>
            <w:tcW w:w="5040" w:type="dxa"/>
            <w:tcBorders>
              <w:bottom w:val="nil"/>
            </w:tcBorders>
            <w:tcMar>
              <w:top w:w="50" w:type="dxa"/>
              <w:left w:w="50" w:type="dxa"/>
              <w:bottom w:w="50" w:type="dxa"/>
              <w:right w:w="50" w:type="dxa"/>
            </w:tcMar>
          </w:tcPr>
          <w:p w14:paraId="3FC2F4A5" w14:textId="77777777" w:rsidR="00ED34F2" w:rsidRDefault="00000000">
            <w:pPr>
              <w:spacing w:after="0"/>
            </w:pPr>
            <w:r>
              <w:t>☐ Other: ______________________________</w:t>
            </w:r>
          </w:p>
        </w:tc>
      </w:tr>
    </w:tbl>
    <w:p w14:paraId="1634C131" w14:textId="77777777" w:rsidR="00ED34F2" w:rsidRDefault="00000000">
      <w:pPr>
        <w:keepNext/>
        <w:spacing w:before="200" w:after="100"/>
      </w:pPr>
      <w:r>
        <w:rPr>
          <w:rFonts w:ascii="Aptos Display" w:hAnsi="Aptos Display"/>
          <w:b/>
          <w:color w:val="1F4E79"/>
          <w:sz w:val="24"/>
        </w:rPr>
        <w:t>SCOPES OF WORK PERFORMED</w:t>
      </w:r>
    </w:p>
    <w:tbl>
      <w:tblPr>
        <w:tblW w:w="0" w:type="auto"/>
        <w:jc w:val="center"/>
        <w:tblLayout w:type="fixed"/>
        <w:tblLook w:val="04A0" w:firstRow="1" w:lastRow="0" w:firstColumn="1" w:lastColumn="0" w:noHBand="0" w:noVBand="1"/>
      </w:tblPr>
      <w:tblGrid>
        <w:gridCol w:w="5040"/>
        <w:gridCol w:w="5040"/>
      </w:tblGrid>
      <w:tr w:rsidR="00ED34F2" w14:paraId="643E3CC9" w14:textId="77777777">
        <w:trPr>
          <w:jc w:val="center"/>
        </w:trPr>
        <w:tc>
          <w:tcPr>
            <w:tcW w:w="5040" w:type="dxa"/>
            <w:tcBorders>
              <w:bottom w:val="nil"/>
            </w:tcBorders>
            <w:tcMar>
              <w:top w:w="50" w:type="dxa"/>
              <w:left w:w="50" w:type="dxa"/>
              <w:bottom w:w="50" w:type="dxa"/>
              <w:right w:w="50" w:type="dxa"/>
            </w:tcMar>
          </w:tcPr>
          <w:p w14:paraId="00E43D69" w14:textId="77777777" w:rsidR="00ED34F2" w:rsidRDefault="00000000">
            <w:pPr>
              <w:spacing w:after="0"/>
            </w:pPr>
            <w:r>
              <w:t>☐ Acoustical Ceilings</w:t>
            </w:r>
          </w:p>
        </w:tc>
        <w:tc>
          <w:tcPr>
            <w:tcW w:w="5040" w:type="dxa"/>
            <w:tcBorders>
              <w:bottom w:val="nil"/>
            </w:tcBorders>
            <w:tcMar>
              <w:top w:w="50" w:type="dxa"/>
              <w:left w:w="50" w:type="dxa"/>
              <w:bottom w:w="50" w:type="dxa"/>
              <w:right w:w="50" w:type="dxa"/>
            </w:tcMar>
          </w:tcPr>
          <w:p w14:paraId="4F1498FF" w14:textId="77777777" w:rsidR="00ED34F2" w:rsidRDefault="00000000">
            <w:pPr>
              <w:spacing w:after="0"/>
            </w:pPr>
            <w:r>
              <w:t>☐ Access Floors</w:t>
            </w:r>
          </w:p>
        </w:tc>
      </w:tr>
      <w:tr w:rsidR="00ED34F2" w14:paraId="4E265F9F" w14:textId="77777777">
        <w:trPr>
          <w:jc w:val="center"/>
        </w:trPr>
        <w:tc>
          <w:tcPr>
            <w:tcW w:w="5040" w:type="dxa"/>
            <w:tcBorders>
              <w:bottom w:val="nil"/>
            </w:tcBorders>
            <w:tcMar>
              <w:top w:w="50" w:type="dxa"/>
              <w:left w:w="50" w:type="dxa"/>
              <w:bottom w:w="50" w:type="dxa"/>
              <w:right w:w="50" w:type="dxa"/>
            </w:tcMar>
          </w:tcPr>
          <w:p w14:paraId="42AEE1A2" w14:textId="77777777" w:rsidR="00ED34F2" w:rsidRDefault="00000000">
            <w:pPr>
              <w:spacing w:after="0"/>
            </w:pPr>
            <w:r>
              <w:t>☐ Drywall / Framing</w:t>
            </w:r>
          </w:p>
        </w:tc>
        <w:tc>
          <w:tcPr>
            <w:tcW w:w="5040" w:type="dxa"/>
            <w:tcBorders>
              <w:bottom w:val="nil"/>
            </w:tcBorders>
            <w:tcMar>
              <w:top w:w="50" w:type="dxa"/>
              <w:left w:w="50" w:type="dxa"/>
              <w:bottom w:w="50" w:type="dxa"/>
              <w:right w:w="50" w:type="dxa"/>
            </w:tcMar>
          </w:tcPr>
          <w:p w14:paraId="4A12CBEF" w14:textId="77777777" w:rsidR="00ED34F2" w:rsidRDefault="00000000">
            <w:pPr>
              <w:spacing w:after="0"/>
            </w:pPr>
            <w:r>
              <w:t>☐ Insulation</w:t>
            </w:r>
          </w:p>
        </w:tc>
      </w:tr>
      <w:tr w:rsidR="00ED34F2" w14:paraId="34A620C0" w14:textId="77777777">
        <w:trPr>
          <w:jc w:val="center"/>
        </w:trPr>
        <w:tc>
          <w:tcPr>
            <w:tcW w:w="5040" w:type="dxa"/>
            <w:tcBorders>
              <w:bottom w:val="nil"/>
            </w:tcBorders>
            <w:tcMar>
              <w:top w:w="50" w:type="dxa"/>
              <w:left w:w="50" w:type="dxa"/>
              <w:bottom w:w="50" w:type="dxa"/>
              <w:right w:w="50" w:type="dxa"/>
            </w:tcMar>
          </w:tcPr>
          <w:p w14:paraId="312F41C3" w14:textId="77777777" w:rsidR="00ED34F2" w:rsidRDefault="00000000">
            <w:pPr>
              <w:spacing w:after="0"/>
            </w:pPr>
            <w:r>
              <w:t>☐ Specialty Ceilings</w:t>
            </w:r>
          </w:p>
        </w:tc>
        <w:tc>
          <w:tcPr>
            <w:tcW w:w="5040" w:type="dxa"/>
            <w:tcBorders>
              <w:bottom w:val="nil"/>
            </w:tcBorders>
            <w:tcMar>
              <w:top w:w="50" w:type="dxa"/>
              <w:left w:w="50" w:type="dxa"/>
              <w:bottom w:w="50" w:type="dxa"/>
              <w:right w:w="50" w:type="dxa"/>
            </w:tcMar>
          </w:tcPr>
          <w:p w14:paraId="7CFA9800" w14:textId="77777777" w:rsidR="00ED34F2" w:rsidRDefault="00000000">
            <w:pPr>
              <w:spacing w:after="0"/>
            </w:pPr>
            <w:r>
              <w:t>☐ Plaster / EIFS</w:t>
            </w:r>
          </w:p>
        </w:tc>
      </w:tr>
      <w:tr w:rsidR="00ED34F2" w14:paraId="506FB8EE" w14:textId="77777777">
        <w:trPr>
          <w:jc w:val="center"/>
        </w:trPr>
        <w:tc>
          <w:tcPr>
            <w:tcW w:w="5040" w:type="dxa"/>
            <w:tcBorders>
              <w:bottom w:val="nil"/>
            </w:tcBorders>
            <w:tcMar>
              <w:top w:w="50" w:type="dxa"/>
              <w:left w:w="50" w:type="dxa"/>
              <w:bottom w:w="50" w:type="dxa"/>
              <w:right w:w="50" w:type="dxa"/>
            </w:tcMar>
          </w:tcPr>
          <w:p w14:paraId="64433D30" w14:textId="77777777" w:rsidR="00ED34F2" w:rsidRDefault="00000000">
            <w:pPr>
              <w:spacing w:after="0"/>
            </w:pPr>
            <w:r>
              <w:t>☐ Wall Panels</w:t>
            </w:r>
          </w:p>
        </w:tc>
        <w:tc>
          <w:tcPr>
            <w:tcW w:w="5040" w:type="dxa"/>
            <w:tcBorders>
              <w:bottom w:val="nil"/>
            </w:tcBorders>
            <w:tcMar>
              <w:top w:w="50" w:type="dxa"/>
              <w:left w:w="50" w:type="dxa"/>
              <w:bottom w:w="50" w:type="dxa"/>
              <w:right w:w="50" w:type="dxa"/>
            </w:tcMar>
          </w:tcPr>
          <w:p w14:paraId="028F59AB" w14:textId="77777777" w:rsidR="00ED34F2" w:rsidRDefault="00000000">
            <w:pPr>
              <w:spacing w:after="0"/>
            </w:pPr>
            <w:r>
              <w:t>☐ Other: ______________________________</w:t>
            </w:r>
          </w:p>
        </w:tc>
      </w:tr>
    </w:tbl>
    <w:p w14:paraId="69166B10" w14:textId="77777777" w:rsidR="00ED34F2" w:rsidRDefault="00000000">
      <w:pPr>
        <w:keepNext/>
        <w:spacing w:before="200" w:after="100"/>
      </w:pPr>
      <w:r>
        <w:rPr>
          <w:rFonts w:ascii="Aptos Display" w:hAnsi="Aptos Display"/>
          <w:b/>
          <w:color w:val="1F4E79"/>
          <w:sz w:val="24"/>
        </w:rPr>
        <w:t>APPROXIMATE REVENUE MIX</w:t>
      </w:r>
    </w:p>
    <w:tbl>
      <w:tblPr>
        <w:tblW w:w="0" w:type="auto"/>
        <w:jc w:val="center"/>
        <w:tblLayout w:type="fixed"/>
        <w:tblLook w:val="04A0" w:firstRow="1" w:lastRow="0" w:firstColumn="1" w:lastColumn="0" w:noHBand="0" w:noVBand="1"/>
      </w:tblPr>
      <w:tblGrid>
        <w:gridCol w:w="2520"/>
        <w:gridCol w:w="2520"/>
        <w:gridCol w:w="2520"/>
        <w:gridCol w:w="2520"/>
      </w:tblGrid>
      <w:tr w:rsidR="00ED34F2" w14:paraId="05C1B725" w14:textId="77777777">
        <w:trPr>
          <w:jc w:val="center"/>
        </w:trPr>
        <w:tc>
          <w:tcPr>
            <w:tcW w:w="2520" w:type="dxa"/>
            <w:tcBorders>
              <w:top w:val="single" w:sz="6" w:space="0" w:color="D0D0D0"/>
              <w:left w:val="single" w:sz="6" w:space="0" w:color="D0D0D0"/>
              <w:bottom w:val="single" w:sz="6" w:space="0" w:color="D0D0D0"/>
              <w:right w:val="single" w:sz="6" w:space="0" w:color="D0D0D0"/>
            </w:tcBorders>
            <w:shd w:val="clear" w:color="auto" w:fill="F2F2F2"/>
            <w:tcMar>
              <w:top w:w="90" w:type="dxa"/>
              <w:left w:w="60" w:type="dxa"/>
              <w:bottom w:w="90" w:type="dxa"/>
              <w:right w:w="60" w:type="dxa"/>
            </w:tcMar>
          </w:tcPr>
          <w:p w14:paraId="1C16252C" w14:textId="77777777" w:rsidR="00ED34F2" w:rsidRDefault="00000000">
            <w:pPr>
              <w:spacing w:after="0"/>
              <w:jc w:val="center"/>
            </w:pPr>
            <w:r>
              <w:rPr>
                <w:b/>
                <w:sz w:val="18"/>
              </w:rPr>
              <w:t>New Construction</w:t>
            </w:r>
            <w:r>
              <w:rPr>
                <w:b/>
                <w:sz w:val="18"/>
              </w:rPr>
              <w:br/>
              <w:t>______%</w:t>
            </w:r>
          </w:p>
        </w:tc>
        <w:tc>
          <w:tcPr>
            <w:tcW w:w="2520" w:type="dxa"/>
            <w:tcBorders>
              <w:top w:val="single" w:sz="6" w:space="0" w:color="D0D0D0"/>
              <w:left w:val="single" w:sz="6" w:space="0" w:color="D0D0D0"/>
              <w:bottom w:val="single" w:sz="6" w:space="0" w:color="D0D0D0"/>
              <w:right w:val="single" w:sz="6" w:space="0" w:color="D0D0D0"/>
            </w:tcBorders>
            <w:shd w:val="clear" w:color="auto" w:fill="F2F2F2"/>
            <w:tcMar>
              <w:top w:w="90" w:type="dxa"/>
              <w:left w:w="60" w:type="dxa"/>
              <w:bottom w:w="90" w:type="dxa"/>
              <w:right w:w="60" w:type="dxa"/>
            </w:tcMar>
          </w:tcPr>
          <w:p w14:paraId="189CD317" w14:textId="77777777" w:rsidR="00ED34F2" w:rsidRDefault="00000000">
            <w:pPr>
              <w:spacing w:after="0"/>
              <w:jc w:val="center"/>
            </w:pPr>
            <w:r>
              <w:rPr>
                <w:b/>
                <w:sz w:val="18"/>
              </w:rPr>
              <w:t>Renovation</w:t>
            </w:r>
            <w:r>
              <w:rPr>
                <w:b/>
                <w:sz w:val="18"/>
              </w:rPr>
              <w:br/>
              <w:t>______%</w:t>
            </w:r>
          </w:p>
        </w:tc>
        <w:tc>
          <w:tcPr>
            <w:tcW w:w="2520" w:type="dxa"/>
            <w:tcBorders>
              <w:top w:val="single" w:sz="6" w:space="0" w:color="D0D0D0"/>
              <w:left w:val="single" w:sz="6" w:space="0" w:color="D0D0D0"/>
              <w:bottom w:val="single" w:sz="6" w:space="0" w:color="D0D0D0"/>
              <w:right w:val="single" w:sz="6" w:space="0" w:color="D0D0D0"/>
            </w:tcBorders>
            <w:shd w:val="clear" w:color="auto" w:fill="F2F2F2"/>
            <w:tcMar>
              <w:top w:w="90" w:type="dxa"/>
              <w:left w:w="60" w:type="dxa"/>
              <w:bottom w:w="90" w:type="dxa"/>
              <w:right w:w="60" w:type="dxa"/>
            </w:tcMar>
          </w:tcPr>
          <w:p w14:paraId="535AE57B" w14:textId="77777777" w:rsidR="00ED34F2" w:rsidRDefault="00000000">
            <w:pPr>
              <w:spacing w:after="0"/>
              <w:jc w:val="center"/>
            </w:pPr>
            <w:r>
              <w:rPr>
                <w:b/>
                <w:sz w:val="18"/>
              </w:rPr>
              <w:t>Service / Small Projects</w:t>
            </w:r>
            <w:r>
              <w:rPr>
                <w:b/>
                <w:sz w:val="18"/>
              </w:rPr>
              <w:br/>
              <w:t>______%</w:t>
            </w:r>
          </w:p>
        </w:tc>
        <w:tc>
          <w:tcPr>
            <w:tcW w:w="2520" w:type="dxa"/>
            <w:tcBorders>
              <w:top w:val="single" w:sz="6" w:space="0" w:color="D0D0D0"/>
              <w:left w:val="single" w:sz="6" w:space="0" w:color="D0D0D0"/>
              <w:bottom w:val="single" w:sz="6" w:space="0" w:color="D0D0D0"/>
              <w:right w:val="single" w:sz="6" w:space="0" w:color="D0D0D0"/>
            </w:tcBorders>
            <w:shd w:val="clear" w:color="auto" w:fill="F2F2F2"/>
            <w:tcMar>
              <w:top w:w="90" w:type="dxa"/>
              <w:left w:w="60" w:type="dxa"/>
              <w:bottom w:w="90" w:type="dxa"/>
              <w:right w:w="60" w:type="dxa"/>
            </w:tcMar>
          </w:tcPr>
          <w:p w14:paraId="61228E80" w14:textId="77777777" w:rsidR="00ED34F2" w:rsidRDefault="00000000">
            <w:pPr>
              <w:spacing w:after="0"/>
              <w:jc w:val="center"/>
            </w:pPr>
            <w:r>
              <w:rPr>
                <w:b/>
                <w:sz w:val="18"/>
              </w:rPr>
              <w:t>Other</w:t>
            </w:r>
            <w:r>
              <w:rPr>
                <w:b/>
                <w:sz w:val="18"/>
              </w:rPr>
              <w:br/>
              <w:t>______%</w:t>
            </w:r>
          </w:p>
        </w:tc>
      </w:tr>
    </w:tbl>
    <w:p w14:paraId="739BB678" w14:textId="77777777" w:rsidR="00ED34F2" w:rsidRDefault="00000000">
      <w:pPr>
        <w:keepNext/>
        <w:spacing w:before="200" w:after="100"/>
      </w:pPr>
      <w:r>
        <w:rPr>
          <w:rFonts w:ascii="Aptos Display" w:hAnsi="Aptos Display"/>
          <w:b/>
          <w:color w:val="1F4E79"/>
          <w:sz w:val="24"/>
        </w:rPr>
        <w:t>FINANCIAL MANAGEMENT</w:t>
      </w:r>
    </w:p>
    <w:p w14:paraId="37B403FE" w14:textId="77777777" w:rsidR="00ED34F2" w:rsidRDefault="00000000">
      <w:pPr>
        <w:spacing w:after="60"/>
      </w:pPr>
      <w:r>
        <w:rPr>
          <w:b/>
        </w:rPr>
        <w:t>Does your company prepare and regularly review monthly financial statements, including at a minimum a profit and loss statement and balance sheet?</w:t>
      </w:r>
    </w:p>
    <w:p w14:paraId="1009FE6B" w14:textId="77777777" w:rsidR="00ED34F2" w:rsidRDefault="00000000">
      <w:pPr>
        <w:spacing w:after="60"/>
      </w:pPr>
      <w:r>
        <w:t>☐ Yes     ☐ No</w:t>
      </w:r>
    </w:p>
    <w:p w14:paraId="6A720BDC" w14:textId="77777777" w:rsidR="00ED34F2" w:rsidRDefault="00000000">
      <w:pPr>
        <w:keepNext/>
        <w:spacing w:before="200" w:after="100"/>
      </w:pPr>
      <w:r>
        <w:rPr>
          <w:rFonts w:ascii="Aptos Display" w:hAnsi="Aptos Display"/>
          <w:b/>
          <w:color w:val="1F4E79"/>
          <w:sz w:val="24"/>
        </w:rPr>
        <w:t>PARTICIPATION</w:t>
      </w:r>
    </w:p>
    <w:p w14:paraId="343DF195" w14:textId="77777777" w:rsidR="00ED34F2" w:rsidRDefault="00000000">
      <w:pPr>
        <w:spacing w:after="60"/>
      </w:pPr>
      <w:r>
        <w:t>☐ I am willing to travel for Peer Group meetings.</w:t>
      </w:r>
    </w:p>
    <w:p w14:paraId="4769A1DE" w14:textId="77777777" w:rsidR="00ED34F2" w:rsidRDefault="00000000">
      <w:pPr>
        <w:spacing w:after="60"/>
      </w:pPr>
      <w:r>
        <w:t>☐ I understand that members are expected to prepare for meetings, attend consistently, participate openly, and contribute to the success of the group.</w:t>
      </w:r>
    </w:p>
    <w:p w14:paraId="3A739917" w14:textId="77777777" w:rsidR="00ED34F2" w:rsidRDefault="00000000">
      <w:pPr>
        <w:spacing w:after="60"/>
      </w:pPr>
      <w:r>
        <w:t>☐ I understand that members may be asked to host a meeting and share in reasonable group expenses.</w:t>
      </w:r>
    </w:p>
    <w:p w14:paraId="7FC4E038" w14:textId="77777777" w:rsidR="00ED34F2" w:rsidRDefault="00000000">
      <w:pPr>
        <w:keepNext/>
        <w:spacing w:before="200" w:after="100"/>
      </w:pPr>
      <w:r>
        <w:rPr>
          <w:rFonts w:ascii="Aptos Display" w:hAnsi="Aptos Display"/>
          <w:b/>
          <w:color w:val="1F4E79"/>
          <w:sz w:val="24"/>
        </w:rPr>
        <w:t>YOUR INTEREST IN PEER GROUPS</w:t>
      </w:r>
    </w:p>
    <w:p w14:paraId="3EDAAE84" w14:textId="77777777" w:rsidR="00ED34F2" w:rsidRDefault="00000000">
      <w:pPr>
        <w:spacing w:after="60"/>
      </w:pPr>
      <w:r>
        <w:rPr>
          <w:b/>
          <w:sz w:val="20"/>
        </w:rPr>
        <w:t>What prompted your interest in joining a CISCA Peer Group, and what do you hope the experience will provide for you?</w:t>
      </w:r>
    </w:p>
    <w:tbl>
      <w:tblPr>
        <w:tblW w:w="0" w:type="auto"/>
        <w:jc w:val="center"/>
        <w:tblLayout w:type="fixed"/>
        <w:tblLook w:val="04A0" w:firstRow="1" w:lastRow="0" w:firstColumn="1" w:lastColumn="0" w:noHBand="0" w:noVBand="1"/>
      </w:tblPr>
      <w:tblGrid>
        <w:gridCol w:w="10080"/>
      </w:tblGrid>
      <w:tr w:rsidR="00ED34F2" w14:paraId="6E4D7ECF" w14:textId="77777777">
        <w:trPr>
          <w:jc w:val="center"/>
        </w:trPr>
        <w:tc>
          <w:tcPr>
            <w:tcW w:w="10080" w:type="dxa"/>
            <w:tcBorders>
              <w:top w:val="single" w:sz="8" w:space="0" w:color="B7B7B7"/>
              <w:left w:val="single" w:sz="8" w:space="0" w:color="B7B7B7"/>
              <w:bottom w:val="single" w:sz="8" w:space="0" w:color="B7B7B7"/>
              <w:right w:val="single" w:sz="8" w:space="0" w:color="B7B7B7"/>
            </w:tcBorders>
            <w:shd w:val="clear" w:color="auto" w:fill="FFFFFF"/>
            <w:tcMar>
              <w:top w:w="120" w:type="dxa"/>
              <w:left w:w="120" w:type="dxa"/>
              <w:bottom w:w="120" w:type="dxa"/>
              <w:right w:w="120" w:type="dxa"/>
            </w:tcMar>
          </w:tcPr>
          <w:p w14:paraId="6665E6A0" w14:textId="77777777" w:rsidR="00ED34F2" w:rsidRDefault="00000000">
            <w:pPr>
              <w:spacing w:after="0"/>
            </w:pPr>
            <w:r>
              <w:br/>
            </w:r>
            <w:r>
              <w:br/>
            </w:r>
          </w:p>
        </w:tc>
      </w:tr>
    </w:tbl>
    <w:p w14:paraId="2E06C09D" w14:textId="77777777" w:rsidR="00ED34F2" w:rsidRDefault="00ED34F2">
      <w:pPr>
        <w:spacing w:after="0"/>
      </w:pPr>
    </w:p>
    <w:p w14:paraId="541812C9" w14:textId="77777777" w:rsidR="00ED34F2" w:rsidRDefault="00000000">
      <w:r>
        <w:br w:type="page"/>
      </w:r>
    </w:p>
    <w:p w14:paraId="3A959B5C" w14:textId="77777777" w:rsidR="00ED34F2" w:rsidRDefault="00000000">
      <w:pPr>
        <w:keepNext/>
        <w:spacing w:before="200" w:after="100"/>
      </w:pPr>
      <w:r>
        <w:rPr>
          <w:rFonts w:ascii="Aptos Display" w:hAnsi="Aptos Display"/>
          <w:b/>
          <w:color w:val="1F4E79"/>
          <w:sz w:val="24"/>
        </w:rPr>
        <w:lastRenderedPageBreak/>
        <w:t>YOUR CONTRIBUTION</w:t>
      </w:r>
    </w:p>
    <w:p w14:paraId="1875F94F" w14:textId="77777777" w:rsidR="00ED34F2" w:rsidRDefault="00000000">
      <w:pPr>
        <w:spacing w:after="60"/>
      </w:pPr>
      <w:r>
        <w:rPr>
          <w:b/>
          <w:sz w:val="20"/>
        </w:rPr>
        <w:t>What strengths, experiences, or perspectives do you believe you would bring to your Peer Group?</w:t>
      </w:r>
    </w:p>
    <w:tbl>
      <w:tblPr>
        <w:tblW w:w="0" w:type="auto"/>
        <w:jc w:val="center"/>
        <w:tblLayout w:type="fixed"/>
        <w:tblLook w:val="04A0" w:firstRow="1" w:lastRow="0" w:firstColumn="1" w:lastColumn="0" w:noHBand="0" w:noVBand="1"/>
      </w:tblPr>
      <w:tblGrid>
        <w:gridCol w:w="10080"/>
      </w:tblGrid>
      <w:tr w:rsidR="00ED34F2" w14:paraId="2B231C34" w14:textId="77777777">
        <w:trPr>
          <w:jc w:val="center"/>
        </w:trPr>
        <w:tc>
          <w:tcPr>
            <w:tcW w:w="10080" w:type="dxa"/>
            <w:tcBorders>
              <w:top w:val="single" w:sz="8" w:space="0" w:color="B7B7B7"/>
              <w:left w:val="single" w:sz="8" w:space="0" w:color="B7B7B7"/>
              <w:bottom w:val="single" w:sz="8" w:space="0" w:color="B7B7B7"/>
              <w:right w:val="single" w:sz="8" w:space="0" w:color="B7B7B7"/>
            </w:tcBorders>
            <w:shd w:val="clear" w:color="auto" w:fill="FFFFFF"/>
            <w:tcMar>
              <w:top w:w="120" w:type="dxa"/>
              <w:left w:w="120" w:type="dxa"/>
              <w:bottom w:w="120" w:type="dxa"/>
              <w:right w:w="120" w:type="dxa"/>
            </w:tcMar>
          </w:tcPr>
          <w:p w14:paraId="00E9F9DC" w14:textId="77777777" w:rsidR="00ED34F2" w:rsidRDefault="00000000">
            <w:pPr>
              <w:spacing w:after="0"/>
            </w:pPr>
            <w:r>
              <w:br/>
            </w:r>
            <w:r>
              <w:br/>
            </w:r>
            <w:r>
              <w:br/>
            </w:r>
          </w:p>
        </w:tc>
      </w:tr>
    </w:tbl>
    <w:p w14:paraId="7CFDC1F7" w14:textId="77777777" w:rsidR="00ED34F2" w:rsidRDefault="00ED34F2">
      <w:pPr>
        <w:spacing w:after="0"/>
      </w:pPr>
    </w:p>
    <w:p w14:paraId="2E072C96" w14:textId="77777777" w:rsidR="00ED34F2" w:rsidRDefault="00000000">
      <w:pPr>
        <w:keepNext/>
        <w:spacing w:before="200" w:after="100"/>
      </w:pPr>
      <w:r>
        <w:rPr>
          <w:rFonts w:ascii="Aptos Display" w:hAnsi="Aptos Display"/>
          <w:b/>
          <w:color w:val="1F4E79"/>
          <w:sz w:val="24"/>
        </w:rPr>
        <w:t>CONFIDENTIALITY AND COMMITMENT</w:t>
      </w:r>
    </w:p>
    <w:tbl>
      <w:tblPr>
        <w:tblW w:w="0" w:type="auto"/>
        <w:jc w:val="center"/>
        <w:tblLayout w:type="fixed"/>
        <w:tblLook w:val="04A0" w:firstRow="1" w:lastRow="0" w:firstColumn="1" w:lastColumn="0" w:noHBand="0" w:noVBand="1"/>
      </w:tblPr>
      <w:tblGrid>
        <w:gridCol w:w="9792"/>
      </w:tblGrid>
      <w:tr w:rsidR="00ED34F2" w14:paraId="5B6BA513" w14:textId="77777777">
        <w:trPr>
          <w:jc w:val="center"/>
        </w:trPr>
        <w:tc>
          <w:tcPr>
            <w:tcW w:w="9792" w:type="dxa"/>
            <w:tcBorders>
              <w:left w:val="single" w:sz="18" w:space="0" w:color="E67E22"/>
            </w:tcBorders>
            <w:shd w:val="clear" w:color="auto" w:fill="DCE6F1"/>
            <w:tcMar>
              <w:top w:w="180" w:type="dxa"/>
              <w:left w:w="180" w:type="dxa"/>
              <w:bottom w:w="180" w:type="dxa"/>
              <w:right w:w="180" w:type="dxa"/>
            </w:tcMar>
          </w:tcPr>
          <w:p w14:paraId="64463E7F" w14:textId="77777777" w:rsidR="00ED34F2" w:rsidRDefault="00000000">
            <w:pPr>
              <w:spacing w:after="120"/>
            </w:pPr>
            <w:r>
              <w:rPr>
                <w:rFonts w:ascii="Aptos Display" w:hAnsi="Aptos Display"/>
                <w:b/>
                <w:color w:val="1F4E79"/>
                <w:sz w:val="22"/>
              </w:rPr>
              <w:t>Confidentiality Acknowledgment</w:t>
            </w:r>
          </w:p>
          <w:p w14:paraId="75D87D54" w14:textId="77777777" w:rsidR="00ED34F2" w:rsidRDefault="00000000">
            <w:pPr>
              <w:spacing w:after="160"/>
            </w:pPr>
            <w:r>
              <w:t>I understand that candid discussion is essential to the success of a Peer Group. I agree to respect the confidentiality of information shared by other members and not disclose it outside the group without permission.</w:t>
            </w:r>
          </w:p>
          <w:p w14:paraId="0D4CEEA3" w14:textId="77777777" w:rsidR="00ED34F2" w:rsidRDefault="00000000">
            <w:pPr>
              <w:spacing w:after="0"/>
            </w:pPr>
            <w:r>
              <w:t>☐ I acknowledge and agree.</w:t>
            </w:r>
          </w:p>
        </w:tc>
      </w:tr>
    </w:tbl>
    <w:p w14:paraId="4BA8BD24" w14:textId="77777777" w:rsidR="00ED34F2" w:rsidRDefault="00000000">
      <w:pPr>
        <w:spacing w:before="280" w:after="100"/>
      </w:pPr>
      <w:r>
        <w:rPr>
          <w:rFonts w:ascii="Aptos Display" w:hAnsi="Aptos Display"/>
          <w:b/>
          <w:color w:val="1F4E79"/>
          <w:sz w:val="24"/>
        </w:rPr>
        <w:t>AFFIRMATION</w:t>
      </w:r>
    </w:p>
    <w:p w14:paraId="236CF5DB" w14:textId="77777777" w:rsidR="00ED34F2" w:rsidRDefault="00000000">
      <w:pPr>
        <w:spacing w:after="240"/>
        <w:ind w:left="288" w:right="288"/>
      </w:pPr>
      <w:r>
        <w:rPr>
          <w:i/>
          <w:sz w:val="21"/>
        </w:rPr>
        <w:t>I understand that the success of a Peer Group depends on trust, confidentiality, preparation, and a willingness to both learn from and contribute to fellow members. If selected, I will make every effort to uphold these principles.</w:t>
      </w:r>
    </w:p>
    <w:tbl>
      <w:tblPr>
        <w:tblW w:w="0" w:type="auto"/>
        <w:jc w:val="center"/>
        <w:tblLayout w:type="fixed"/>
        <w:tblLook w:val="04A0" w:firstRow="1" w:lastRow="0" w:firstColumn="1" w:lastColumn="0" w:noHBand="0" w:noVBand="1"/>
      </w:tblPr>
      <w:tblGrid>
        <w:gridCol w:w="2448"/>
        <w:gridCol w:w="7200"/>
      </w:tblGrid>
      <w:tr w:rsidR="00ED34F2" w14:paraId="2CA0A0E8" w14:textId="77777777">
        <w:trPr>
          <w:jc w:val="center"/>
        </w:trPr>
        <w:tc>
          <w:tcPr>
            <w:tcW w:w="2448" w:type="dxa"/>
            <w:tcBorders>
              <w:bottom w:val="nil"/>
            </w:tcBorders>
            <w:tcMar>
              <w:top w:w="70" w:type="dxa"/>
              <w:left w:w="70" w:type="dxa"/>
              <w:bottom w:w="70" w:type="dxa"/>
              <w:right w:w="70" w:type="dxa"/>
            </w:tcMar>
            <w:vAlign w:val="center"/>
          </w:tcPr>
          <w:p w14:paraId="26209BFD" w14:textId="77777777" w:rsidR="00ED34F2" w:rsidRDefault="00000000">
            <w:pPr>
              <w:spacing w:after="0"/>
            </w:pPr>
            <w:r>
              <w:rPr>
                <w:b/>
              </w:rPr>
              <w:t>Applicant Signature</w:t>
            </w:r>
          </w:p>
        </w:tc>
        <w:tc>
          <w:tcPr>
            <w:tcW w:w="7200" w:type="dxa"/>
            <w:tcBorders>
              <w:bottom w:val="single" w:sz="8" w:space="0" w:color="B7B7B7"/>
            </w:tcBorders>
            <w:tcMar>
              <w:top w:w="70" w:type="dxa"/>
              <w:left w:w="70" w:type="dxa"/>
              <w:bottom w:w="70" w:type="dxa"/>
              <w:right w:w="70" w:type="dxa"/>
            </w:tcMar>
            <w:vAlign w:val="center"/>
          </w:tcPr>
          <w:p w14:paraId="4C0D130C" w14:textId="77777777" w:rsidR="00ED34F2" w:rsidRDefault="00ED34F2">
            <w:pPr>
              <w:spacing w:after="0"/>
            </w:pPr>
          </w:p>
        </w:tc>
      </w:tr>
      <w:tr w:rsidR="00ED34F2" w14:paraId="4C0F3AEC" w14:textId="77777777">
        <w:trPr>
          <w:jc w:val="center"/>
        </w:trPr>
        <w:tc>
          <w:tcPr>
            <w:tcW w:w="2448" w:type="dxa"/>
            <w:tcBorders>
              <w:bottom w:val="nil"/>
            </w:tcBorders>
            <w:tcMar>
              <w:top w:w="70" w:type="dxa"/>
              <w:left w:w="70" w:type="dxa"/>
              <w:bottom w:w="70" w:type="dxa"/>
              <w:right w:w="70" w:type="dxa"/>
            </w:tcMar>
            <w:vAlign w:val="center"/>
          </w:tcPr>
          <w:p w14:paraId="2949AD30" w14:textId="77777777" w:rsidR="00ED34F2" w:rsidRDefault="00000000">
            <w:pPr>
              <w:spacing w:after="0"/>
            </w:pPr>
            <w:r>
              <w:rPr>
                <w:b/>
              </w:rPr>
              <w:t>Date</w:t>
            </w:r>
          </w:p>
        </w:tc>
        <w:tc>
          <w:tcPr>
            <w:tcW w:w="7200" w:type="dxa"/>
            <w:tcBorders>
              <w:bottom w:val="single" w:sz="8" w:space="0" w:color="B7B7B7"/>
            </w:tcBorders>
            <w:tcMar>
              <w:top w:w="70" w:type="dxa"/>
              <w:left w:w="70" w:type="dxa"/>
              <w:bottom w:w="70" w:type="dxa"/>
              <w:right w:w="70" w:type="dxa"/>
            </w:tcMar>
            <w:vAlign w:val="center"/>
          </w:tcPr>
          <w:p w14:paraId="0A85DA2A" w14:textId="77777777" w:rsidR="00ED34F2" w:rsidRDefault="00ED34F2">
            <w:pPr>
              <w:spacing w:after="0"/>
            </w:pPr>
          </w:p>
        </w:tc>
      </w:tr>
    </w:tbl>
    <w:p w14:paraId="7F545C60" w14:textId="77777777" w:rsidR="00ED34F2" w:rsidRDefault="00ED34F2">
      <w:pPr>
        <w:spacing w:after="0"/>
      </w:pPr>
    </w:p>
    <w:p w14:paraId="6268DD9D" w14:textId="77777777" w:rsidR="00ED34F2" w:rsidRDefault="00000000">
      <w:pPr>
        <w:spacing w:before="320"/>
      </w:pPr>
      <w:r>
        <w:rPr>
          <w:b/>
          <w:color w:val="1F4E79"/>
          <w:sz w:val="20"/>
        </w:rPr>
        <w:t>Please return the completed application to CISCA.</w:t>
      </w:r>
    </w:p>
    <w:p w14:paraId="6C0AAAEC" w14:textId="77777777" w:rsidR="00ED34F2" w:rsidRDefault="00000000">
      <w:pPr>
        <w:spacing w:after="0"/>
      </w:pPr>
      <w:r>
        <w:t>Applications are reviewed for compatibility and thoughtful group placement. Submission of an application does not guarantee immediate placement, as groups are formed to avoid direct competitors and to create the strongest possible peer relationships.</w:t>
      </w:r>
    </w:p>
    <w:sectPr w:rsidR="00ED34F2" w:rsidSect="00034616">
      <w:footerReference w:type="default" r:id="rId8"/>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97E6D" w14:textId="77777777" w:rsidR="001D6E1E" w:rsidRDefault="001D6E1E">
      <w:pPr>
        <w:spacing w:after="0" w:line="240" w:lineRule="auto"/>
      </w:pPr>
      <w:r>
        <w:separator/>
      </w:r>
    </w:p>
  </w:endnote>
  <w:endnote w:type="continuationSeparator" w:id="0">
    <w:p w14:paraId="07D69E78" w14:textId="77777777" w:rsidR="001D6E1E" w:rsidRDefault="001D6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48F0" w14:textId="77777777" w:rsidR="00ED34F2" w:rsidRDefault="00000000">
    <w:pPr>
      <w:pStyle w:val="Footer"/>
      <w:jc w:val="center"/>
    </w:pPr>
    <w:r>
      <w:rPr>
        <w:color w:val="787878"/>
        <w:sz w:val="16"/>
      </w:rPr>
      <w:t>CISCA Peer Groups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68451" w14:textId="77777777" w:rsidR="001D6E1E" w:rsidRDefault="001D6E1E">
      <w:pPr>
        <w:spacing w:after="0" w:line="240" w:lineRule="auto"/>
      </w:pPr>
      <w:r>
        <w:separator/>
      </w:r>
    </w:p>
  </w:footnote>
  <w:footnote w:type="continuationSeparator" w:id="0">
    <w:p w14:paraId="5F207039" w14:textId="77777777" w:rsidR="001D6E1E" w:rsidRDefault="001D6E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5040703">
    <w:abstractNumId w:val="8"/>
  </w:num>
  <w:num w:numId="2" w16cid:durableId="295337823">
    <w:abstractNumId w:val="6"/>
  </w:num>
  <w:num w:numId="3" w16cid:durableId="1061750699">
    <w:abstractNumId w:val="5"/>
  </w:num>
  <w:num w:numId="4" w16cid:durableId="1342124141">
    <w:abstractNumId w:val="4"/>
  </w:num>
  <w:num w:numId="5" w16cid:durableId="2056730340">
    <w:abstractNumId w:val="7"/>
  </w:num>
  <w:num w:numId="6" w16cid:durableId="1159030787">
    <w:abstractNumId w:val="3"/>
  </w:num>
  <w:num w:numId="7" w16cid:durableId="488136010">
    <w:abstractNumId w:val="2"/>
  </w:num>
  <w:num w:numId="8" w16cid:durableId="1760130595">
    <w:abstractNumId w:val="1"/>
  </w:num>
  <w:num w:numId="9" w16cid:durableId="1868636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6434"/>
    <w:rsid w:val="001D6E1E"/>
    <w:rsid w:val="0029639D"/>
    <w:rsid w:val="002B6155"/>
    <w:rsid w:val="002F0FC7"/>
    <w:rsid w:val="00326F90"/>
    <w:rsid w:val="00327A15"/>
    <w:rsid w:val="00AA1D8D"/>
    <w:rsid w:val="00B47730"/>
    <w:rsid w:val="00CB0664"/>
    <w:rsid w:val="00ED34F2"/>
    <w:rsid w:val="00F371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6B394A"/>
  <w14:defaultImageDpi w14:val="300"/>
  <w15:docId w15:val="{4BEB24A0-F733-494B-A591-F5E6FDDDA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color w:val="333333"/>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425</Words>
  <Characters>2417</Characters>
  <Application>Microsoft Office Word</Application>
  <DocSecurity>0</DocSecurity>
  <Lines>109</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Kramer</cp:lastModifiedBy>
  <cp:revision>2</cp:revision>
  <dcterms:created xsi:type="dcterms:W3CDTF">2026-09-18T17:42:00Z</dcterms:created>
  <dcterms:modified xsi:type="dcterms:W3CDTF">2026-09-18T17:42:00Z</dcterms:modified>
  <cp:category/>
</cp:coreProperties>
</file>